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Landscaping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Garden bed preparation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Mulch supply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bag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