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Moving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Moving crew service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Packing cartons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box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