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Painting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Wall preparation and painting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Paint supply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