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Pest control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Treatment visit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Agreed follow-up visit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