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Photography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Photography session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session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Additional image editing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