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Plumbing invoice</w:t>
      </w:r>
    </w:p>
    <w:p>
      <w:r>
        <w:t>Offline template. Replace bracketed fields with your agreed details. Amounts and totals must be calculated manually.</w:t>
      </w:r>
    </w:p>
    <w:p>
      <w:r>
        <w:t>From: [Business name and address]</w:t>
      </w:r>
    </w:p>
    <w:p>
      <w:r>
        <w:t>Bill to: [Customer name and address]</w:t>
      </w:r>
    </w:p>
    <w:p>
      <w:r>
        <w:t>Invoice number: [Number]     Date: [YYYY-MM-DD]     Due: [YYYY-MM-DD]</w:t>
      </w:r>
    </w:p>
    <w:p>
      <w:r>
        <w:t>Project reference: [Reference]     Service period: [Dates]</w:t>
      </w:r>
    </w:p>
    <w:p>
      <w:r>
        <w:t>Currency: [Currency code]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Qty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Rate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Amount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Tap replacement labour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hour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Replacement tap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item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</w:tbl>
    <w:p/>
    <w:p>
      <w:r>
        <w:t>Subtotal: [Amount]     Agreed adjustments: [Description and amount]</w:t>
      </w:r>
    </w:p>
    <w:p>
      <w:r>
        <w:t>Total: [Amount and currency]</w:t>
      </w:r>
    </w:p>
    <w:p>
      <w:r>
        <w:t>Notes and agreed payment instructions: [Enter details]</w:t>
      </w:r>
    </w:p>
    <w:p>
      <w:r>
        <w:t>Check quantities, agreed prices, tax treatment and totals before sharing. This file does not calculate, send invoices, confirm payment or certify work.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invoice template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