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Pool cleaning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Pool cleaning visit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Maintenance supplies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cleaning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