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Rental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Equipment hire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day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Delivery and collection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trip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