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Snow removal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Driveway snow clearing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De-icing service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 removal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