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Photography session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Edited image delivery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