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Translation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Document translation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word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Additional language review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