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Tutoring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Tutoring session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hour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Learning materials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set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Tutoring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