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editing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Video edit deliverable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video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Caption preparation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minute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editing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