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 development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Completed development milestone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project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Additional implementation work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development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