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Window cleaning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Exterior window cleaning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pane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Screen cleaning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screen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